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A3D33" w14:textId="77777777" w:rsidR="008D1ABE" w:rsidRPr="005D085A" w:rsidRDefault="008D1ABE" w:rsidP="008D1ABE">
      <w:pPr>
        <w:jc w:val="right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bCs/>
          <w:sz w:val="24"/>
          <w:szCs w:val="24"/>
          <w:lang w:val="pt-BR"/>
        </w:rPr>
        <w:t>Forma patvirtinta</w:t>
      </w:r>
    </w:p>
    <w:p w14:paraId="261AAD70" w14:textId="77777777" w:rsidR="008D1ABE" w:rsidRPr="005D085A" w:rsidRDefault="008D1ABE" w:rsidP="008D1ABE">
      <w:pPr>
        <w:jc w:val="right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bCs/>
          <w:sz w:val="24"/>
          <w:szCs w:val="24"/>
          <w:lang w:val="pt-BR"/>
        </w:rPr>
        <w:t>Lietuvos kino centro prie Kultūros ministerijos</w:t>
      </w:r>
    </w:p>
    <w:p w14:paraId="687C6858" w14:textId="7A518FE5" w:rsidR="008D1ABE" w:rsidRPr="005D085A" w:rsidRDefault="245ED028" w:rsidP="314BBCD2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sz w:val="24"/>
          <w:szCs w:val="24"/>
          <w:lang w:val="pt-BR"/>
        </w:rPr>
        <w:t xml:space="preserve">direktoriaus 2026 m. </w:t>
      </w:r>
      <w:r w:rsidR="00B5062C">
        <w:rPr>
          <w:rFonts w:ascii="Times New Roman" w:hAnsi="Times New Roman" w:cs="Times New Roman"/>
          <w:sz w:val="24"/>
          <w:szCs w:val="24"/>
          <w:lang w:val="pt-BR"/>
        </w:rPr>
        <w:t xml:space="preserve">spalio 1 </w:t>
      </w:r>
      <w:r w:rsidRPr="005D085A">
        <w:rPr>
          <w:rFonts w:ascii="Times New Roman" w:hAnsi="Times New Roman" w:cs="Times New Roman"/>
          <w:sz w:val="24"/>
          <w:szCs w:val="24"/>
          <w:lang w:val="pt-BR"/>
        </w:rPr>
        <w:t>d.</w:t>
      </w:r>
    </w:p>
    <w:p w14:paraId="768B00FF" w14:textId="6F2586AC" w:rsidR="008D1ABE" w:rsidRPr="005D085A" w:rsidRDefault="245ED028" w:rsidP="314BBCD2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sz w:val="24"/>
          <w:szCs w:val="24"/>
          <w:lang w:val="pt-BR"/>
        </w:rPr>
        <w:t>įsakymu Nr.</w:t>
      </w:r>
      <w:r w:rsidR="00B5062C">
        <w:rPr>
          <w:rFonts w:ascii="Times New Roman" w:hAnsi="Times New Roman" w:cs="Times New Roman"/>
          <w:sz w:val="24"/>
          <w:szCs w:val="24"/>
          <w:lang w:val="pt-BR"/>
        </w:rPr>
        <w:t xml:space="preserve"> V-117</w:t>
      </w:r>
      <w:r w:rsidRPr="005D085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19BDFFE" w14:textId="77777777" w:rsidR="005D085A" w:rsidRPr="0072656B" w:rsidRDefault="005D085A" w:rsidP="005D085A">
      <w:pPr>
        <w:spacing w:after="0"/>
        <w:ind w:left="720" w:firstLine="720"/>
        <w:jc w:val="both"/>
        <w:rPr>
          <w:rFonts w:ascii="Times New Roman" w:hAnsi="Times New Roman" w:cs="Times New Roman"/>
          <w:b/>
          <w:szCs w:val="24"/>
          <w:lang w:val="pt-BR" w:eastAsia="lt-LT"/>
        </w:rPr>
      </w:pPr>
    </w:p>
    <w:p w14:paraId="0E8F4D81" w14:textId="43CC3905" w:rsidR="005D085A" w:rsidRPr="0072656B" w:rsidRDefault="005D085A">
      <w:pPr>
        <w:jc w:val="center"/>
        <w:rPr>
          <w:rFonts w:ascii="Times New Roman" w:hAnsi="Times New Roman" w:cs="Times New Roman"/>
          <w:b/>
          <w:szCs w:val="24"/>
          <w:lang w:val="pt-BR"/>
        </w:rPr>
      </w:pPr>
      <w:r w:rsidRPr="0072656B">
        <w:rPr>
          <w:rFonts w:ascii="Times New Roman" w:hAnsi="Times New Roman" w:cs="Times New Roman"/>
          <w:b/>
          <w:szCs w:val="24"/>
          <w:lang w:val="pt-BR"/>
        </w:rPr>
        <w:t>(Lietuvos metų Vokietijoje kino srities projekto rezultatų įgyvendinimo ataskaitos forma)</w:t>
      </w:r>
    </w:p>
    <w:p w14:paraId="107A1802" w14:textId="77777777" w:rsidR="005D085A" w:rsidRDefault="005D085A">
      <w:pPr>
        <w:jc w:val="center"/>
        <w:rPr>
          <w:bCs/>
          <w:szCs w:val="24"/>
          <w:lang w:val="pt-BR"/>
        </w:rPr>
      </w:pPr>
    </w:p>
    <w:p w14:paraId="56D2E68A" w14:textId="77777777" w:rsidR="005D085A" w:rsidRPr="005D085A" w:rsidRDefault="005D085A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46CFB4F7" w14:textId="3B6ADD7B" w:rsidR="0047655F" w:rsidRPr="005D085A" w:rsidRDefault="1BB9A68D" w:rsidP="12C6760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LIETUVOS METŲ VOKIETIJOJE KINO SRITIES </w:t>
      </w:r>
      <w:r w:rsidR="3155B05F" w:rsidRPr="005D085A">
        <w:rPr>
          <w:rFonts w:ascii="Times New Roman" w:hAnsi="Times New Roman" w:cs="Times New Roman"/>
          <w:b/>
          <w:bCs/>
          <w:sz w:val="24"/>
          <w:szCs w:val="24"/>
          <w:lang w:val="pt-BR"/>
        </w:rPr>
        <w:t>PROJEKTO REZULTATŲ ĮGYVENDINIMO ATASKAIT</w:t>
      </w:r>
      <w:r w:rsidR="64E61249" w:rsidRPr="005D085A">
        <w:rPr>
          <w:rFonts w:ascii="Times New Roman" w:hAnsi="Times New Roman" w:cs="Times New Roman"/>
          <w:b/>
          <w:bCs/>
          <w:sz w:val="24"/>
          <w:szCs w:val="24"/>
          <w:lang w:val="pt-BR"/>
        </w:rPr>
        <w:t>A</w:t>
      </w:r>
    </w:p>
    <w:p w14:paraId="295E4851" w14:textId="77777777" w:rsidR="0047655F" w:rsidRPr="005D085A" w:rsidRDefault="005C66A9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i/>
          <w:sz w:val="24"/>
          <w:szCs w:val="24"/>
          <w:lang w:val="pt-BR"/>
        </w:rPr>
        <w:t>Teikiama pasibaigus Projekto įgyvendinimui</w:t>
      </w:r>
    </w:p>
    <w:p w14:paraId="21090413" w14:textId="77777777" w:rsidR="0047655F" w:rsidRPr="005D085A" w:rsidRDefault="005C66A9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b/>
          <w:sz w:val="24"/>
          <w:szCs w:val="24"/>
          <w:lang w:val="pt-BR"/>
        </w:rPr>
        <w:t>1. BENDROJI INFORMACIJA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52754C40" w14:textId="77777777" w:rsidTr="66DAD5C2">
        <w:trPr>
          <w:jc w:val="center"/>
        </w:trPr>
        <w:tc>
          <w:tcPr>
            <w:tcW w:w="3118" w:type="dxa"/>
            <w:vAlign w:val="center"/>
          </w:tcPr>
          <w:p w14:paraId="71EE0CAA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Projekto vykdytojas</w:t>
            </w:r>
          </w:p>
        </w:tc>
        <w:tc>
          <w:tcPr>
            <w:tcW w:w="6520" w:type="dxa"/>
          </w:tcPr>
          <w:p w14:paraId="5468C5B3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6A0307F1" w14:textId="77777777" w:rsidTr="66DAD5C2">
        <w:trPr>
          <w:jc w:val="center"/>
        </w:trPr>
        <w:tc>
          <w:tcPr>
            <w:tcW w:w="3118" w:type="dxa"/>
            <w:vAlign w:val="center"/>
          </w:tcPr>
          <w:p w14:paraId="78FB267D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6520" w:type="dxa"/>
          </w:tcPr>
          <w:p w14:paraId="5600712F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5ABCE0C8" w14:textId="77777777" w:rsidTr="66DAD5C2">
        <w:trPr>
          <w:jc w:val="center"/>
        </w:trPr>
        <w:tc>
          <w:tcPr>
            <w:tcW w:w="3118" w:type="dxa"/>
            <w:vAlign w:val="center"/>
          </w:tcPr>
          <w:p w14:paraId="115489A9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Sutarties Nr. ir data</w:t>
            </w:r>
          </w:p>
        </w:tc>
        <w:tc>
          <w:tcPr>
            <w:tcW w:w="6520" w:type="dxa"/>
          </w:tcPr>
          <w:p w14:paraId="7331DB74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479E494A" w14:textId="77777777" w:rsidTr="66DAD5C2">
        <w:trPr>
          <w:jc w:val="center"/>
        </w:trPr>
        <w:tc>
          <w:tcPr>
            <w:tcW w:w="3118" w:type="dxa"/>
            <w:vAlign w:val="center"/>
          </w:tcPr>
          <w:p w14:paraId="1B084B60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Projekto įgyvendinimo laikotarpis</w:t>
            </w:r>
          </w:p>
        </w:tc>
        <w:tc>
          <w:tcPr>
            <w:tcW w:w="6520" w:type="dxa"/>
          </w:tcPr>
          <w:p w14:paraId="284058E0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5D085A" w14:paraId="5EF8BD84" w14:textId="77777777" w:rsidTr="66DAD5C2">
        <w:trPr>
          <w:jc w:val="center"/>
        </w:trPr>
        <w:tc>
          <w:tcPr>
            <w:tcW w:w="3118" w:type="dxa"/>
            <w:vAlign w:val="center"/>
          </w:tcPr>
          <w:p w14:paraId="1E6E7367" w14:textId="77777777" w:rsidR="0047655F" w:rsidRPr="005D085A" w:rsidRDefault="005C66A9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D085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Projekto įgyvendinimo vieta (-os) Vokietijoje</w:t>
            </w:r>
          </w:p>
        </w:tc>
        <w:tc>
          <w:tcPr>
            <w:tcW w:w="6520" w:type="dxa"/>
          </w:tcPr>
          <w:p w14:paraId="0E4DEFE4" w14:textId="77777777" w:rsidR="0047655F" w:rsidRPr="005D085A" w:rsidRDefault="0047655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7655F" w:rsidRPr="008D1ABE" w14:paraId="606EB32C" w14:textId="77777777" w:rsidTr="66DAD5C2">
        <w:trPr>
          <w:jc w:val="center"/>
        </w:trPr>
        <w:tc>
          <w:tcPr>
            <w:tcW w:w="3118" w:type="dxa"/>
            <w:vAlign w:val="center"/>
          </w:tcPr>
          <w:p w14:paraId="078B59EE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Skirtas LKC finansavimas, Eur</w:t>
            </w:r>
          </w:p>
        </w:tc>
        <w:tc>
          <w:tcPr>
            <w:tcW w:w="6520" w:type="dxa"/>
          </w:tcPr>
          <w:p w14:paraId="0805C54C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25E8120B" w14:textId="77777777" w:rsidTr="66DAD5C2">
        <w:trPr>
          <w:jc w:val="center"/>
        </w:trPr>
        <w:tc>
          <w:tcPr>
            <w:tcW w:w="3118" w:type="dxa"/>
            <w:vAlign w:val="center"/>
          </w:tcPr>
          <w:p w14:paraId="11DC9287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Ataskaitą rengęs asmuo, kontaktai</w:t>
            </w:r>
          </w:p>
        </w:tc>
        <w:tc>
          <w:tcPr>
            <w:tcW w:w="6520" w:type="dxa"/>
          </w:tcPr>
          <w:p w14:paraId="55EDFBF7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08E545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2. PROJEKTO TIKSLAS IR ĮGYVENDINIMO SANTRAUKA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5EF2B9D4" w14:textId="77777777" w:rsidTr="66DAD5C2">
        <w:trPr>
          <w:jc w:val="center"/>
        </w:trPr>
        <w:tc>
          <w:tcPr>
            <w:tcW w:w="3118" w:type="dxa"/>
            <w:vAlign w:val="center"/>
          </w:tcPr>
          <w:p w14:paraId="17506787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Projekto tikslas</w:t>
            </w:r>
          </w:p>
        </w:tc>
        <w:tc>
          <w:tcPr>
            <w:tcW w:w="6520" w:type="dxa"/>
          </w:tcPr>
          <w:p w14:paraId="02A06942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27C50B11" w14:textId="77777777" w:rsidTr="66DAD5C2">
        <w:trPr>
          <w:jc w:val="center"/>
        </w:trPr>
        <w:tc>
          <w:tcPr>
            <w:tcW w:w="3118" w:type="dxa"/>
            <w:vAlign w:val="center"/>
          </w:tcPr>
          <w:p w14:paraId="20CFE458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Įgyvendinimo santrauka</w:t>
            </w:r>
          </w:p>
        </w:tc>
        <w:tc>
          <w:tcPr>
            <w:tcW w:w="6520" w:type="dxa"/>
          </w:tcPr>
          <w:p w14:paraId="6277C4C8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4D465FEB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3. ĮGYVENDINTOS VEIKLOS IR PASIEKTI REZULTATAI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2552"/>
        <w:gridCol w:w="2268"/>
        <w:gridCol w:w="2693"/>
      </w:tblGrid>
      <w:tr w:rsidR="00D4446E" w:rsidRPr="008D1ABE" w14:paraId="63571B22" w14:textId="77777777" w:rsidTr="66DAD5C2">
        <w:trPr>
          <w:tblHeader/>
        </w:trPr>
        <w:tc>
          <w:tcPr>
            <w:tcW w:w="2126" w:type="dxa"/>
          </w:tcPr>
          <w:p w14:paraId="1FDAA4EC" w14:textId="77777777" w:rsidR="00D4446E" w:rsidRPr="008D1ABE" w:rsidRDefault="00D4446E" w:rsidP="00D4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Veikla</w:t>
            </w:r>
          </w:p>
        </w:tc>
        <w:tc>
          <w:tcPr>
            <w:tcW w:w="2552" w:type="dxa"/>
          </w:tcPr>
          <w:p w14:paraId="697F06E3" w14:textId="77777777" w:rsidR="00D4446E" w:rsidRPr="008D1ABE" w:rsidRDefault="00D4446E" w:rsidP="00D4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Faktiškai įgyvendinta</w:t>
            </w:r>
          </w:p>
        </w:tc>
        <w:tc>
          <w:tcPr>
            <w:tcW w:w="2268" w:type="dxa"/>
          </w:tcPr>
          <w:p w14:paraId="49382DDF" w14:textId="77777777" w:rsidR="00D4446E" w:rsidRPr="008D1ABE" w:rsidRDefault="00D4446E" w:rsidP="00D4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Data / vieta</w:t>
            </w:r>
          </w:p>
        </w:tc>
        <w:tc>
          <w:tcPr>
            <w:tcW w:w="2693" w:type="dxa"/>
          </w:tcPr>
          <w:p w14:paraId="0B44A413" w14:textId="77777777" w:rsidR="00D4446E" w:rsidRPr="008D1ABE" w:rsidRDefault="00D4446E" w:rsidP="00D4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Rezultatas / rodiklis</w:t>
            </w:r>
          </w:p>
        </w:tc>
      </w:tr>
      <w:tr w:rsidR="00D4446E" w:rsidRPr="008D1ABE" w14:paraId="205C76E9" w14:textId="77777777" w:rsidTr="66DAD5C2">
        <w:tc>
          <w:tcPr>
            <w:tcW w:w="2126" w:type="dxa"/>
          </w:tcPr>
          <w:p w14:paraId="1FB8C3F7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D41B74D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21E10F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7C3DF5B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058A532D" w14:textId="77777777" w:rsidTr="66DAD5C2">
        <w:tc>
          <w:tcPr>
            <w:tcW w:w="2126" w:type="dxa"/>
          </w:tcPr>
          <w:p w14:paraId="164A7BC0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2B3D2C2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A94F32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4FE82A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6EED4A3E" w14:textId="77777777" w:rsidTr="66DAD5C2">
        <w:tc>
          <w:tcPr>
            <w:tcW w:w="2126" w:type="dxa"/>
          </w:tcPr>
          <w:p w14:paraId="26A59681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937EEF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79596F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68E385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295778C0" w14:textId="77777777" w:rsidTr="66DAD5C2">
        <w:tc>
          <w:tcPr>
            <w:tcW w:w="2126" w:type="dxa"/>
          </w:tcPr>
          <w:p w14:paraId="20462011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042D522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EF74CC0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0481B98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319B3BA1" w14:textId="77777777" w:rsidTr="66DAD5C2">
        <w:tc>
          <w:tcPr>
            <w:tcW w:w="2126" w:type="dxa"/>
          </w:tcPr>
          <w:p w14:paraId="1BC0321F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35F7B6B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10E6AC0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122080A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020BBF18" w14:textId="77777777" w:rsidTr="66DAD5C2">
        <w:tc>
          <w:tcPr>
            <w:tcW w:w="2126" w:type="dxa"/>
          </w:tcPr>
          <w:p w14:paraId="2B4B6638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A0F195D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04CE9D4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B32E7F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2C8C4172" w14:textId="77777777" w:rsidTr="66DAD5C2">
        <w:tc>
          <w:tcPr>
            <w:tcW w:w="2126" w:type="dxa"/>
          </w:tcPr>
          <w:p w14:paraId="17AEA010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2128E39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E6E6EA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358069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6E" w:rsidRPr="008D1ABE" w14:paraId="36B38A59" w14:textId="77777777" w:rsidTr="66DAD5C2">
        <w:tc>
          <w:tcPr>
            <w:tcW w:w="2126" w:type="dxa"/>
          </w:tcPr>
          <w:p w14:paraId="1BB76B4A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F6A904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BEE7A7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C9CC67" w14:textId="77777777" w:rsidR="00D4446E" w:rsidRPr="008D1ABE" w:rsidRDefault="00D444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CF46C9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4. AUDITORIJA IR PASIEKIAMUMAS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476097A4" w14:textId="77777777" w:rsidTr="66DAD5C2">
        <w:trPr>
          <w:jc w:val="center"/>
        </w:trPr>
        <w:tc>
          <w:tcPr>
            <w:tcW w:w="3118" w:type="dxa"/>
            <w:vAlign w:val="center"/>
          </w:tcPr>
          <w:p w14:paraId="4ADB4750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Planuotas dalyvių / lankytojų skaičius</w:t>
            </w:r>
          </w:p>
        </w:tc>
        <w:tc>
          <w:tcPr>
            <w:tcW w:w="6520" w:type="dxa"/>
          </w:tcPr>
          <w:p w14:paraId="594BAE0A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7F5FB710" w14:textId="77777777" w:rsidTr="66DAD5C2">
        <w:trPr>
          <w:jc w:val="center"/>
        </w:trPr>
        <w:tc>
          <w:tcPr>
            <w:tcW w:w="3118" w:type="dxa"/>
            <w:vAlign w:val="center"/>
          </w:tcPr>
          <w:p w14:paraId="5FA63888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Faktinis dalyvių / lankytojų skaičius</w:t>
            </w:r>
          </w:p>
        </w:tc>
        <w:tc>
          <w:tcPr>
            <w:tcW w:w="6520" w:type="dxa"/>
          </w:tcPr>
          <w:p w14:paraId="06D39DF7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76862BE5" w14:textId="77777777" w:rsidTr="66DAD5C2">
        <w:trPr>
          <w:jc w:val="center"/>
        </w:trPr>
        <w:tc>
          <w:tcPr>
            <w:tcW w:w="3118" w:type="dxa"/>
            <w:vAlign w:val="center"/>
          </w:tcPr>
          <w:p w14:paraId="15FED2B5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Tikslinės auditorijos apibūdinimas</w:t>
            </w:r>
          </w:p>
        </w:tc>
        <w:tc>
          <w:tcPr>
            <w:tcW w:w="6520" w:type="dxa"/>
          </w:tcPr>
          <w:p w14:paraId="6BE620D3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348CFE3B" w14:textId="77777777" w:rsidTr="66DAD5C2">
        <w:trPr>
          <w:jc w:val="center"/>
        </w:trPr>
        <w:tc>
          <w:tcPr>
            <w:tcW w:w="3118" w:type="dxa"/>
            <w:vAlign w:val="center"/>
          </w:tcPr>
          <w:p w14:paraId="144EEA1A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Auditorijos pasiekimo būdai</w:t>
            </w:r>
          </w:p>
        </w:tc>
        <w:tc>
          <w:tcPr>
            <w:tcW w:w="6520" w:type="dxa"/>
          </w:tcPr>
          <w:p w14:paraId="3277AF4D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2001EE6F" w14:textId="77777777" w:rsidR="0047655F" w:rsidRPr="005D085A" w:rsidRDefault="005C66A9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b/>
          <w:sz w:val="24"/>
          <w:szCs w:val="24"/>
          <w:lang w:val="pt-BR"/>
        </w:rPr>
        <w:t>5. LIETUVOS KINO IR KINO KULTŪROS PRISTATYMO VOKIETIJOJE REZULTATAI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10EAC80B" w14:textId="77777777" w:rsidTr="66DAD5C2">
        <w:trPr>
          <w:jc w:val="center"/>
        </w:trPr>
        <w:tc>
          <w:tcPr>
            <w:tcW w:w="3118" w:type="dxa"/>
            <w:vAlign w:val="center"/>
          </w:tcPr>
          <w:p w14:paraId="0524D95E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Pasiekti rezultatai ir poveikis</w:t>
            </w:r>
          </w:p>
        </w:tc>
        <w:tc>
          <w:tcPr>
            <w:tcW w:w="6520" w:type="dxa"/>
          </w:tcPr>
          <w:p w14:paraId="71B391BC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1A091375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6. LIETUVOS IR VOKIETIJOS BENDRADARBIAVIMO REZULTATAI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5BC6FBA0" w14:textId="77777777" w:rsidTr="66DAD5C2">
        <w:trPr>
          <w:jc w:val="center"/>
        </w:trPr>
        <w:tc>
          <w:tcPr>
            <w:tcW w:w="3118" w:type="dxa"/>
            <w:vAlign w:val="center"/>
          </w:tcPr>
          <w:p w14:paraId="693C3197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Partneris (-iai) Vokietijoje</w:t>
            </w:r>
          </w:p>
        </w:tc>
        <w:tc>
          <w:tcPr>
            <w:tcW w:w="6520" w:type="dxa"/>
          </w:tcPr>
          <w:p w14:paraId="45474FA3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1B37A249" w14:textId="77777777" w:rsidTr="66DAD5C2">
        <w:trPr>
          <w:jc w:val="center"/>
        </w:trPr>
        <w:tc>
          <w:tcPr>
            <w:tcW w:w="3118" w:type="dxa"/>
            <w:vAlign w:val="center"/>
          </w:tcPr>
          <w:p w14:paraId="7BB01A0A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Partnerio (-ių) vaidmuo</w:t>
            </w:r>
          </w:p>
        </w:tc>
        <w:tc>
          <w:tcPr>
            <w:tcW w:w="6520" w:type="dxa"/>
          </w:tcPr>
          <w:p w14:paraId="2DE3E792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7DFF3742" w14:textId="77777777" w:rsidTr="66DAD5C2">
        <w:trPr>
          <w:jc w:val="center"/>
        </w:trPr>
        <w:tc>
          <w:tcPr>
            <w:tcW w:w="3118" w:type="dxa"/>
            <w:vAlign w:val="center"/>
          </w:tcPr>
          <w:p w14:paraId="4059809E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Sukurti / sustiprinti profesiniai ryšiai</w:t>
            </w:r>
          </w:p>
        </w:tc>
        <w:tc>
          <w:tcPr>
            <w:tcW w:w="6520" w:type="dxa"/>
          </w:tcPr>
          <w:p w14:paraId="44A80CC8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710CE3AC" w14:textId="77777777" w:rsidTr="66DAD5C2">
        <w:trPr>
          <w:jc w:val="center"/>
        </w:trPr>
        <w:tc>
          <w:tcPr>
            <w:tcW w:w="3118" w:type="dxa"/>
            <w:vAlign w:val="center"/>
          </w:tcPr>
          <w:p w14:paraId="42F7E0AD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Tolesnio bendradarbiavimo perspektyvos</w:t>
            </w:r>
          </w:p>
        </w:tc>
        <w:tc>
          <w:tcPr>
            <w:tcW w:w="6520" w:type="dxa"/>
          </w:tcPr>
          <w:p w14:paraId="3A7336DF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16873573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7. VIEŠINIMAS IR KOMUNIKACIJA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243"/>
        <w:gridCol w:w="2493"/>
        <w:gridCol w:w="2493"/>
        <w:gridCol w:w="2493"/>
      </w:tblGrid>
      <w:tr w:rsidR="0047655F" w:rsidRPr="008D1ABE" w14:paraId="1230487A" w14:textId="77777777" w:rsidTr="66DAD5C2">
        <w:tc>
          <w:tcPr>
            <w:tcW w:w="2243" w:type="dxa"/>
          </w:tcPr>
          <w:p w14:paraId="5C1A28E9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Priemonė / kanalas</w:t>
            </w:r>
          </w:p>
        </w:tc>
        <w:tc>
          <w:tcPr>
            <w:tcW w:w="2493" w:type="dxa"/>
          </w:tcPr>
          <w:p w14:paraId="72A04BF5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Nuoroda / leidinys</w:t>
            </w:r>
          </w:p>
        </w:tc>
        <w:tc>
          <w:tcPr>
            <w:tcW w:w="2493" w:type="dxa"/>
          </w:tcPr>
          <w:p w14:paraId="0A8EE3A1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Pasiekiamumo rodiklis (jeigu žinomas)</w:t>
            </w:r>
          </w:p>
        </w:tc>
        <w:tc>
          <w:tcPr>
            <w:tcW w:w="2493" w:type="dxa"/>
          </w:tcPr>
          <w:p w14:paraId="26BF4113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Pastabos</w:t>
            </w:r>
          </w:p>
        </w:tc>
      </w:tr>
      <w:tr w:rsidR="0047655F" w:rsidRPr="008D1ABE" w14:paraId="3109F5FB" w14:textId="77777777" w:rsidTr="66DAD5C2">
        <w:tc>
          <w:tcPr>
            <w:tcW w:w="2243" w:type="dxa"/>
          </w:tcPr>
          <w:p w14:paraId="61592A3D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34B64FA9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511AD6A4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0DA94007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7E80A02B" w14:textId="77777777" w:rsidTr="66DAD5C2">
        <w:tc>
          <w:tcPr>
            <w:tcW w:w="2243" w:type="dxa"/>
          </w:tcPr>
          <w:p w14:paraId="662E62D1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1C91D474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21902887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326F9A56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0C2B8503" w14:textId="77777777" w:rsidTr="66DAD5C2">
        <w:tc>
          <w:tcPr>
            <w:tcW w:w="2243" w:type="dxa"/>
          </w:tcPr>
          <w:p w14:paraId="278D840A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7B0F3531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11789689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5A33B174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72B03F55" w14:textId="77777777" w:rsidTr="66DAD5C2">
        <w:tc>
          <w:tcPr>
            <w:tcW w:w="2243" w:type="dxa"/>
          </w:tcPr>
          <w:p w14:paraId="7C9A7DB5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4DD57CBE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121F65C2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598F8A0F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40349739" w14:textId="77777777" w:rsidTr="66DAD5C2">
        <w:tc>
          <w:tcPr>
            <w:tcW w:w="2243" w:type="dxa"/>
          </w:tcPr>
          <w:p w14:paraId="6E7A9092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6F091212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4A071F12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0E3FC9FD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541C2499" w14:textId="77777777" w:rsidTr="66DAD5C2">
        <w:tc>
          <w:tcPr>
            <w:tcW w:w="2243" w:type="dxa"/>
          </w:tcPr>
          <w:p w14:paraId="3C9A34E8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02EC81E6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46401152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3" w:type="dxa"/>
          </w:tcPr>
          <w:p w14:paraId="22E55C8C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B4F532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8. NUKRYPIMAI NUO PLANUOTO PROJEKTO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2BB1AA8A" w14:textId="77777777" w:rsidTr="66DAD5C2">
        <w:trPr>
          <w:jc w:val="center"/>
        </w:trPr>
        <w:tc>
          <w:tcPr>
            <w:tcW w:w="3118" w:type="dxa"/>
            <w:vAlign w:val="center"/>
          </w:tcPr>
          <w:p w14:paraId="772F636A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Esminiai pokyčiai / nukrypimai</w:t>
            </w:r>
          </w:p>
        </w:tc>
        <w:tc>
          <w:tcPr>
            <w:tcW w:w="6520" w:type="dxa"/>
          </w:tcPr>
          <w:p w14:paraId="7005DB0E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7A552504" w14:textId="77777777" w:rsidTr="66DAD5C2">
        <w:trPr>
          <w:jc w:val="center"/>
        </w:trPr>
        <w:tc>
          <w:tcPr>
            <w:tcW w:w="3118" w:type="dxa"/>
            <w:vAlign w:val="center"/>
          </w:tcPr>
          <w:p w14:paraId="59E82CC0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Priežastys ir poveikis rezultatams</w:t>
            </w:r>
          </w:p>
        </w:tc>
        <w:tc>
          <w:tcPr>
            <w:tcW w:w="6520" w:type="dxa"/>
          </w:tcPr>
          <w:p w14:paraId="3B099991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2F7A0663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9. PAGRINDINIAI PASIEKIMAI, IŠŠŪKIAI IR IŠVADOS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64E9A941" w14:textId="77777777" w:rsidTr="66DAD5C2">
        <w:trPr>
          <w:jc w:val="center"/>
        </w:trPr>
        <w:tc>
          <w:tcPr>
            <w:tcW w:w="3118" w:type="dxa"/>
            <w:vAlign w:val="center"/>
          </w:tcPr>
          <w:p w14:paraId="7753C839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Svarbiausi pasiekimai</w:t>
            </w:r>
          </w:p>
        </w:tc>
        <w:tc>
          <w:tcPr>
            <w:tcW w:w="6520" w:type="dxa"/>
          </w:tcPr>
          <w:p w14:paraId="64351EC0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1074F025" w14:textId="77777777" w:rsidTr="66DAD5C2">
        <w:trPr>
          <w:jc w:val="center"/>
        </w:trPr>
        <w:tc>
          <w:tcPr>
            <w:tcW w:w="3118" w:type="dxa"/>
            <w:vAlign w:val="center"/>
          </w:tcPr>
          <w:p w14:paraId="730F05F7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Pagrindiniai iššūkiai</w:t>
            </w:r>
          </w:p>
        </w:tc>
        <w:tc>
          <w:tcPr>
            <w:tcW w:w="6520" w:type="dxa"/>
          </w:tcPr>
          <w:p w14:paraId="2264CF64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7655F" w:rsidRPr="008D1ABE" w14:paraId="5C805DCA" w14:textId="77777777" w:rsidTr="66DAD5C2">
        <w:trPr>
          <w:jc w:val="center"/>
        </w:trPr>
        <w:tc>
          <w:tcPr>
            <w:tcW w:w="3118" w:type="dxa"/>
            <w:vAlign w:val="center"/>
          </w:tcPr>
          <w:p w14:paraId="712D737C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Išvados ir rekomendacijos</w:t>
            </w:r>
          </w:p>
        </w:tc>
        <w:tc>
          <w:tcPr>
            <w:tcW w:w="6520" w:type="dxa"/>
          </w:tcPr>
          <w:p w14:paraId="77B45727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439AFA81" w14:textId="77777777" w:rsidR="0047655F" w:rsidRPr="008D1ABE" w:rsidRDefault="005C66A9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D1ABE">
        <w:rPr>
          <w:rFonts w:ascii="Times New Roman" w:hAnsi="Times New Roman" w:cs="Times New Roman"/>
          <w:b/>
          <w:sz w:val="24"/>
          <w:szCs w:val="24"/>
        </w:rPr>
        <w:t>10. PRIEDAI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8D1ABE" w14:paraId="6557BE30" w14:textId="77777777" w:rsidTr="66DAD5C2">
        <w:trPr>
          <w:jc w:val="center"/>
        </w:trPr>
        <w:tc>
          <w:tcPr>
            <w:tcW w:w="3118" w:type="dxa"/>
            <w:vAlign w:val="center"/>
          </w:tcPr>
          <w:p w14:paraId="2B8904D3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Pridedama</w:t>
            </w:r>
          </w:p>
        </w:tc>
        <w:tc>
          <w:tcPr>
            <w:tcW w:w="6520" w:type="dxa"/>
          </w:tcPr>
          <w:p w14:paraId="428AE3F3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t xml:space="preserve"> Viešinimo medžiaga / nuorodos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t xml:space="preserve"> Renginių programos / dokumentacija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t xml:space="preserve"> Vaizdinė medžiaga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1ABE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8D1ABE">
              <w:rPr>
                <w:rFonts w:ascii="Times New Roman" w:hAnsi="Times New Roman" w:cs="Times New Roman"/>
                <w:sz w:val="24"/>
                <w:szCs w:val="24"/>
              </w:rPr>
              <w:t xml:space="preserve"> Kita: ______________________________</w:t>
            </w:r>
          </w:p>
        </w:tc>
      </w:tr>
    </w:tbl>
    <w:p w14:paraId="72281A44" w14:textId="77777777" w:rsidR="0047655F" w:rsidRPr="005D085A" w:rsidRDefault="005C66A9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b/>
          <w:sz w:val="24"/>
          <w:szCs w:val="24"/>
          <w:lang w:val="pt-BR"/>
        </w:rPr>
        <w:t>11. PATVIRTINIMAS</w:t>
      </w:r>
    </w:p>
    <w:p w14:paraId="078492F3" w14:textId="77777777" w:rsidR="0047655F" w:rsidRPr="005D085A" w:rsidRDefault="005C66A9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5D085A">
        <w:rPr>
          <w:rFonts w:ascii="Times New Roman" w:hAnsi="Times New Roman" w:cs="Times New Roman"/>
          <w:sz w:val="24"/>
          <w:szCs w:val="24"/>
          <w:lang w:val="pt-BR"/>
        </w:rPr>
        <w:t>Patvirtinu, kad ataskaitoje pateikta informacija yra teisinga ir atitinka faktiškai įgyvendintas Projekto veiklas bei pasiektus rezultatus.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6520"/>
      </w:tblGrid>
      <w:tr w:rsidR="0047655F" w:rsidRPr="005D085A" w14:paraId="5E4FC2B9" w14:textId="77777777" w:rsidTr="66DAD5C2">
        <w:trPr>
          <w:jc w:val="center"/>
        </w:trPr>
        <w:tc>
          <w:tcPr>
            <w:tcW w:w="3118" w:type="dxa"/>
            <w:vAlign w:val="center"/>
          </w:tcPr>
          <w:p w14:paraId="04062BA7" w14:textId="77777777" w:rsidR="0047655F" w:rsidRPr="005D085A" w:rsidRDefault="005C66A9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D085A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Vadovo / įgalioto asmens vardas, pavardė</w:t>
            </w:r>
          </w:p>
        </w:tc>
        <w:tc>
          <w:tcPr>
            <w:tcW w:w="6520" w:type="dxa"/>
          </w:tcPr>
          <w:p w14:paraId="7BC5620F" w14:textId="77777777" w:rsidR="0047655F" w:rsidRPr="005D085A" w:rsidRDefault="0047655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47655F" w:rsidRPr="008D1ABE" w14:paraId="457A7FB5" w14:textId="77777777" w:rsidTr="66DAD5C2">
        <w:trPr>
          <w:jc w:val="center"/>
        </w:trPr>
        <w:tc>
          <w:tcPr>
            <w:tcW w:w="3118" w:type="dxa"/>
            <w:vAlign w:val="center"/>
          </w:tcPr>
          <w:p w14:paraId="34EE14FD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Pareigos</w:t>
            </w:r>
          </w:p>
        </w:tc>
        <w:tc>
          <w:tcPr>
            <w:tcW w:w="6520" w:type="dxa"/>
          </w:tcPr>
          <w:p w14:paraId="2CA80953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13D28D33" w14:textId="77777777" w:rsidTr="66DAD5C2">
        <w:trPr>
          <w:jc w:val="center"/>
        </w:trPr>
        <w:tc>
          <w:tcPr>
            <w:tcW w:w="3118" w:type="dxa"/>
            <w:vAlign w:val="center"/>
          </w:tcPr>
          <w:p w14:paraId="07821255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6520" w:type="dxa"/>
          </w:tcPr>
          <w:p w14:paraId="2405F69C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55F" w:rsidRPr="008D1ABE" w14:paraId="26663F8B" w14:textId="77777777" w:rsidTr="66DAD5C2">
        <w:trPr>
          <w:jc w:val="center"/>
        </w:trPr>
        <w:tc>
          <w:tcPr>
            <w:tcW w:w="3118" w:type="dxa"/>
            <w:vAlign w:val="center"/>
          </w:tcPr>
          <w:p w14:paraId="0F7F9ECB" w14:textId="77777777" w:rsidR="0047655F" w:rsidRPr="008D1ABE" w:rsidRDefault="005C66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ABE">
              <w:rPr>
                <w:rFonts w:ascii="Times New Roman" w:hAnsi="Times New Roman" w:cs="Times New Roman"/>
                <w:b/>
                <w:sz w:val="24"/>
                <w:szCs w:val="24"/>
              </w:rPr>
              <w:t>Parašas</w:t>
            </w:r>
          </w:p>
        </w:tc>
        <w:tc>
          <w:tcPr>
            <w:tcW w:w="6520" w:type="dxa"/>
          </w:tcPr>
          <w:p w14:paraId="2DFB8D3E" w14:textId="77777777" w:rsidR="0047655F" w:rsidRPr="008D1ABE" w:rsidRDefault="004765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42D743" w14:textId="6196C2C2" w:rsidR="005C66A9" w:rsidRPr="008D1ABE" w:rsidRDefault="005C66A9">
      <w:pPr>
        <w:rPr>
          <w:rFonts w:ascii="Times New Roman" w:hAnsi="Times New Roman" w:cs="Times New Roman"/>
          <w:sz w:val="24"/>
          <w:szCs w:val="24"/>
        </w:rPr>
      </w:pPr>
    </w:p>
    <w:p w14:paraId="577415CC" w14:textId="082C9577" w:rsidR="43B2F07D" w:rsidRDefault="43B2F07D" w:rsidP="005D085A">
      <w:pPr>
        <w:ind w:left="2880" w:firstLine="720"/>
      </w:pPr>
      <w:r w:rsidRPr="314BBCD2">
        <w:rPr>
          <w:rFonts w:ascii="Times New Roman" w:hAnsi="Times New Roman" w:cs="Times New Roman"/>
          <w:sz w:val="24"/>
          <w:szCs w:val="24"/>
        </w:rPr>
        <w:t>____________________________</w:t>
      </w:r>
    </w:p>
    <w:sectPr w:rsidR="43B2F07D" w:rsidSect="00034616">
      <w:footerReference w:type="default" r:id="rId11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869F4" w14:textId="77777777" w:rsidR="001D6A7A" w:rsidRDefault="001D6A7A">
      <w:pPr>
        <w:spacing w:after="0" w:line="240" w:lineRule="auto"/>
      </w:pPr>
      <w:r>
        <w:separator/>
      </w:r>
    </w:p>
  </w:endnote>
  <w:endnote w:type="continuationSeparator" w:id="0">
    <w:p w14:paraId="203E5477" w14:textId="77777777" w:rsidR="001D6A7A" w:rsidRDefault="001D6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D471E" w14:textId="39B2961B" w:rsidR="0047655F" w:rsidRDefault="0047655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341E8" w14:textId="77777777" w:rsidR="001D6A7A" w:rsidRDefault="001D6A7A">
      <w:pPr>
        <w:spacing w:after="0" w:line="240" w:lineRule="auto"/>
      </w:pPr>
      <w:r>
        <w:separator/>
      </w:r>
    </w:p>
  </w:footnote>
  <w:footnote w:type="continuationSeparator" w:id="0">
    <w:p w14:paraId="097C03E2" w14:textId="77777777" w:rsidR="001D6A7A" w:rsidRDefault="001D6A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243EAF"/>
    <w:multiLevelType w:val="hybridMultilevel"/>
    <w:tmpl w:val="0F3E0474"/>
    <w:lvl w:ilvl="0" w:tplc="9A287A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16648526">
    <w:abstractNumId w:val="8"/>
  </w:num>
  <w:num w:numId="2" w16cid:durableId="1484616461">
    <w:abstractNumId w:val="6"/>
  </w:num>
  <w:num w:numId="3" w16cid:durableId="1719432833">
    <w:abstractNumId w:val="5"/>
  </w:num>
  <w:num w:numId="4" w16cid:durableId="1775518027">
    <w:abstractNumId w:val="4"/>
  </w:num>
  <w:num w:numId="5" w16cid:durableId="802506711">
    <w:abstractNumId w:val="7"/>
  </w:num>
  <w:num w:numId="6" w16cid:durableId="297615022">
    <w:abstractNumId w:val="3"/>
  </w:num>
  <w:num w:numId="7" w16cid:durableId="410006064">
    <w:abstractNumId w:val="2"/>
  </w:num>
  <w:num w:numId="8" w16cid:durableId="1021274524">
    <w:abstractNumId w:val="1"/>
  </w:num>
  <w:num w:numId="9" w16cid:durableId="586157799">
    <w:abstractNumId w:val="0"/>
  </w:num>
  <w:num w:numId="10" w16cid:durableId="7619945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0EBD"/>
    <w:rsid w:val="0015074B"/>
    <w:rsid w:val="001D6A7A"/>
    <w:rsid w:val="0029639D"/>
    <w:rsid w:val="002C39A6"/>
    <w:rsid w:val="0030063B"/>
    <w:rsid w:val="00326F90"/>
    <w:rsid w:val="0047655F"/>
    <w:rsid w:val="005C66A9"/>
    <w:rsid w:val="005D085A"/>
    <w:rsid w:val="00630BD3"/>
    <w:rsid w:val="006A1A17"/>
    <w:rsid w:val="0072656B"/>
    <w:rsid w:val="007B4409"/>
    <w:rsid w:val="008D1ABE"/>
    <w:rsid w:val="00AA1D8D"/>
    <w:rsid w:val="00B47730"/>
    <w:rsid w:val="00B5062C"/>
    <w:rsid w:val="00C374D8"/>
    <w:rsid w:val="00C6281B"/>
    <w:rsid w:val="00CB0664"/>
    <w:rsid w:val="00D4446E"/>
    <w:rsid w:val="00DA2634"/>
    <w:rsid w:val="00E70C03"/>
    <w:rsid w:val="00FC693F"/>
    <w:rsid w:val="12C67602"/>
    <w:rsid w:val="12E54E06"/>
    <w:rsid w:val="176D2BD9"/>
    <w:rsid w:val="1BB9A68D"/>
    <w:rsid w:val="1BFF6574"/>
    <w:rsid w:val="245ED028"/>
    <w:rsid w:val="314BBCD2"/>
    <w:rsid w:val="3155B05F"/>
    <w:rsid w:val="43B2F07D"/>
    <w:rsid w:val="4FD91140"/>
    <w:rsid w:val="64E61249"/>
    <w:rsid w:val="66DAD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1E0F1C6C-26E5-47A3-8DBF-4309F80B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78F332-0715-434B-9743-C519D54CD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A5A011-082F-4057-BF36-6A059DFAF3EE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3.xml><?xml version="1.0" encoding="utf-8"?>
<ds:datastoreItem xmlns:ds="http://schemas.openxmlformats.org/officeDocument/2006/customXml" ds:itemID="{973FC9FB-F1AC-4337-AC14-9C10622E8A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1350</Words>
  <Characters>771</Characters>
  <Application>Microsoft Office Word</Application>
  <DocSecurity>0</DocSecurity>
  <Lines>6</Lines>
  <Paragraphs>4</Paragraphs>
  <ScaleCrop>false</ScaleCrop>
  <Manager/>
  <Company/>
  <LinksUpToDate>false</LinksUpToDate>
  <CharactersWithSpaces>2117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Mintarė Varanavičiūtė</cp:lastModifiedBy>
  <cp:revision>10</cp:revision>
  <dcterms:created xsi:type="dcterms:W3CDTF">2013-12-23T23:15:00Z</dcterms:created>
  <dcterms:modified xsi:type="dcterms:W3CDTF">2026-10-02T12:33:00Z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